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9054" w14:textId="77777777" w:rsidR="00781D13" w:rsidRDefault="005A54B2">
      <w:pPr>
        <w:jc w:val="center"/>
      </w:pPr>
      <w:r>
        <w:rPr>
          <w:noProof/>
        </w:rPr>
        <w:drawing>
          <wp:inline distT="0" distB="0" distL="0" distR="0" wp14:anchorId="35AA75D9" wp14:editId="6777CA50">
            <wp:extent cx="2103120" cy="16824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Logo(12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D916" w14:textId="0DBD5E74" w:rsidR="00781D13" w:rsidRDefault="005A54B2">
      <w:pPr>
        <w:jc w:val="center"/>
      </w:pPr>
      <w:r>
        <w:rPr>
          <w:b/>
          <w:color w:val="90CDDE"/>
          <w:sz w:val="48"/>
        </w:rPr>
        <w:t>Afvallen &amp; Ketose</w:t>
      </w:r>
      <w:r>
        <w:rPr>
          <w:b/>
          <w:color w:val="90CDDE"/>
          <w:sz w:val="48"/>
        </w:rPr>
        <w:br/>
      </w:r>
    </w:p>
    <w:p w14:paraId="62D6CA20" w14:textId="77777777" w:rsidR="00781D13" w:rsidRDefault="005A54B2">
      <w:pPr>
        <w:jc w:val="center"/>
      </w:pPr>
      <w:r>
        <w:rPr>
          <w:i/>
          <w:color w:val="90CDDE"/>
          <w:sz w:val="28"/>
        </w:rPr>
        <w:t>Metabolic Shift</w:t>
      </w:r>
    </w:p>
    <w:p w14:paraId="6515231C" w14:textId="77777777" w:rsidR="00781D13" w:rsidRDefault="005A54B2">
      <w:r>
        <w:rPr>
          <w:b/>
          <w:color w:val="90CDDE"/>
          <w:sz w:val="32"/>
        </w:rPr>
        <w:t>Wat is vetverbranding?</w:t>
      </w:r>
    </w:p>
    <w:p w14:paraId="76F0E22E" w14:textId="77777777" w:rsidR="00781D13" w:rsidRDefault="005A54B2">
      <w:r>
        <w:t>Je lichaam zet vet om in energie. Dit gebeurt vooral wanneer je minder calorieën eet dan je verbruikt. Minder koolhydraten eten helpt je lichaam sneller vet te verbranden.</w:t>
      </w:r>
    </w:p>
    <w:p w14:paraId="1221E5F7" w14:textId="77777777" w:rsidR="00781D13" w:rsidRDefault="005A54B2">
      <w:r>
        <w:rPr>
          <w:b/>
          <w:color w:val="90CDDE"/>
          <w:sz w:val="32"/>
        </w:rPr>
        <w:t>Wat is ketose?</w:t>
      </w:r>
    </w:p>
    <w:p w14:paraId="397FF3E5" w14:textId="77777777" w:rsidR="00781D13" w:rsidRDefault="005A54B2">
      <w:r>
        <w:t>Ketose ontstaat wanneer je lichaam bijna geen koolhydraten meer heeft. Dan schakelt het over op vet als belangrijkste brandstof. Dit gebeurt meestal na ongeveer 3 dagen koolhydraatarm eten.</w:t>
      </w:r>
    </w:p>
    <w:p w14:paraId="7CBC76BF" w14:textId="77777777" w:rsidR="00781D13" w:rsidRDefault="005A54B2">
      <w:r>
        <w:rPr>
          <w:b/>
          <w:color w:val="90CDDE"/>
          <w:sz w:val="32"/>
        </w:rPr>
        <w:t>Voorwaarden om in ketose te komen</w:t>
      </w:r>
    </w:p>
    <w:p w14:paraId="6524866E" w14:textId="77777777" w:rsidR="00781D13" w:rsidRDefault="005A54B2">
      <w:pPr>
        <w:pStyle w:val="ListBullet"/>
      </w:pPr>
      <w:r>
        <w:t>Minder calorieën eten</w:t>
      </w:r>
    </w:p>
    <w:p w14:paraId="45460C57" w14:textId="77777777" w:rsidR="00781D13" w:rsidRDefault="005A54B2">
      <w:pPr>
        <w:pStyle w:val="ListBullet"/>
      </w:pPr>
      <w:r>
        <w:t>Koolhydraatarm eten (max. ±40 g per dag)</w:t>
      </w:r>
    </w:p>
    <w:p w14:paraId="2B545267" w14:textId="77777777" w:rsidR="00781D13" w:rsidRDefault="005A54B2">
      <w:pPr>
        <w:pStyle w:val="ListBullet"/>
      </w:pPr>
      <w:r>
        <w:t>Volhouden als levensstijl, niet als tijdelijk dieet</w:t>
      </w:r>
    </w:p>
    <w:p w14:paraId="5CEA095D" w14:textId="77777777" w:rsidR="00781D13" w:rsidRDefault="005A54B2">
      <w:r>
        <w:rPr>
          <w:b/>
          <w:color w:val="90CDDE"/>
          <w:sz w:val="32"/>
        </w:rPr>
        <w:t>Positieve effecten</w:t>
      </w:r>
    </w:p>
    <w:p w14:paraId="19762DB9" w14:textId="77777777" w:rsidR="00781D13" w:rsidRDefault="005A54B2">
      <w:pPr>
        <w:pStyle w:val="ListBullet"/>
      </w:pPr>
      <w:r>
        <w:t>Minder honger</w:t>
      </w:r>
    </w:p>
    <w:p w14:paraId="65C4CC20" w14:textId="77777777" w:rsidR="00781D13" w:rsidRDefault="005A54B2">
      <w:pPr>
        <w:pStyle w:val="ListBullet"/>
      </w:pPr>
      <w:r>
        <w:t>Minder trek in zoet</w:t>
      </w:r>
    </w:p>
    <w:p w14:paraId="49D7D120" w14:textId="77777777" w:rsidR="00781D13" w:rsidRDefault="005A54B2">
      <w:pPr>
        <w:pStyle w:val="ListBullet"/>
      </w:pPr>
      <w:r>
        <w:t>Meer energie</w:t>
      </w:r>
    </w:p>
    <w:p w14:paraId="777E88DF" w14:textId="77777777" w:rsidR="00781D13" w:rsidRDefault="005A54B2">
      <w:pPr>
        <w:pStyle w:val="ListBullet"/>
      </w:pPr>
      <w:r>
        <w:t>Vetverlies</w:t>
      </w:r>
    </w:p>
    <w:p w14:paraId="4C55C175" w14:textId="77777777" w:rsidR="00781D13" w:rsidRDefault="005A54B2">
      <w:pPr>
        <w:pStyle w:val="ListBullet"/>
      </w:pPr>
      <w:r>
        <w:t>Betere bloedsuikerregeling</w:t>
      </w:r>
    </w:p>
    <w:p w14:paraId="10EB7575" w14:textId="77777777" w:rsidR="00781D13" w:rsidRDefault="005A54B2">
      <w:pPr>
        <w:pStyle w:val="ListBullet"/>
      </w:pPr>
      <w:r>
        <w:t>Positief effect bij diabetes type 2 en obesitas</w:t>
      </w:r>
    </w:p>
    <w:p w14:paraId="3405B5B6" w14:textId="77777777" w:rsidR="00781D13" w:rsidRDefault="005A54B2">
      <w:r>
        <w:rPr>
          <w:b/>
          <w:color w:val="90CDDE"/>
          <w:sz w:val="32"/>
        </w:rPr>
        <w:t>Mogelijke klachten in het begin</w:t>
      </w:r>
    </w:p>
    <w:p w14:paraId="5A18E766" w14:textId="77777777" w:rsidR="00781D13" w:rsidRDefault="005A54B2">
      <w:r>
        <w:t>De eerste dagen kan je last hebben van:</w:t>
      </w:r>
    </w:p>
    <w:p w14:paraId="08721D8F" w14:textId="77777777" w:rsidR="00781D13" w:rsidRDefault="005A54B2">
      <w:pPr>
        <w:pStyle w:val="ListBullet"/>
      </w:pPr>
      <w:r>
        <w:t>Hoofdpijn</w:t>
      </w:r>
    </w:p>
    <w:p w14:paraId="1CE4A0D6" w14:textId="77777777" w:rsidR="00781D13" w:rsidRDefault="005A54B2">
      <w:pPr>
        <w:pStyle w:val="ListBullet"/>
      </w:pPr>
      <w:r>
        <w:t>Vermoeidheid</w:t>
      </w:r>
    </w:p>
    <w:p w14:paraId="09FAF9D4" w14:textId="77777777" w:rsidR="00781D13" w:rsidRDefault="005A54B2">
      <w:pPr>
        <w:pStyle w:val="ListBullet"/>
      </w:pPr>
      <w:r>
        <w:t>Honger</w:t>
      </w:r>
    </w:p>
    <w:p w14:paraId="7C4EE373" w14:textId="77777777" w:rsidR="00781D13" w:rsidRDefault="005A54B2">
      <w:pPr>
        <w:pStyle w:val="ListBullet"/>
      </w:pPr>
      <w:r>
        <w:lastRenderedPageBreak/>
        <w:t>Slecht slapen</w:t>
      </w:r>
    </w:p>
    <w:p w14:paraId="79789DC6" w14:textId="77777777" w:rsidR="00781D13" w:rsidRDefault="005A54B2">
      <w:pPr>
        <w:pStyle w:val="ListBullet"/>
      </w:pPr>
      <w:r>
        <w:t>Slechte adem</w:t>
      </w:r>
    </w:p>
    <w:p w14:paraId="23499D75" w14:textId="77777777" w:rsidR="00781D13" w:rsidRDefault="005A54B2">
      <w:pPr>
        <w:pStyle w:val="ListBullet"/>
      </w:pPr>
      <w:r>
        <w:t>Spierkrampen</w:t>
      </w:r>
    </w:p>
    <w:p w14:paraId="5A2A53F7" w14:textId="77777777" w:rsidR="00781D13" w:rsidRDefault="005A54B2">
      <w:r>
        <w:rPr>
          <w:b/>
          <w:color w:val="90CDDE"/>
          <w:sz w:val="32"/>
        </w:rPr>
        <w:t>Tips</w:t>
      </w:r>
    </w:p>
    <w:p w14:paraId="24E408FE" w14:textId="77777777" w:rsidR="00781D13" w:rsidRDefault="005A54B2">
      <w:pPr>
        <w:pStyle w:val="ListBullet"/>
      </w:pPr>
      <w:r>
        <w:t>Drink voldoende water</w:t>
      </w:r>
    </w:p>
    <w:p w14:paraId="5B39BF14" w14:textId="77777777" w:rsidR="00781D13" w:rsidRDefault="005A54B2">
      <w:pPr>
        <w:pStyle w:val="ListBullet"/>
      </w:pPr>
      <w:r>
        <w:t>Neem genoeg zout (bv. bouillon)</w:t>
      </w:r>
    </w:p>
    <w:p w14:paraId="5164550E" w14:textId="77777777" w:rsidR="00781D13" w:rsidRDefault="005A54B2">
      <w:pPr>
        <w:pStyle w:val="ListBullet"/>
      </w:pPr>
      <w:r>
        <w:t>Eet voldoende groenten en vezels</w:t>
      </w:r>
    </w:p>
    <w:p w14:paraId="111FDE6B" w14:textId="77777777" w:rsidR="00781D13" w:rsidRDefault="005A54B2">
      <w:r>
        <w:rPr>
          <w:b/>
          <w:color w:val="90CDDE"/>
          <w:sz w:val="32"/>
        </w:rPr>
        <w:t>Visuele voorstelling</w:t>
      </w:r>
    </w:p>
    <w:p w14:paraId="0EA46AAB" w14:textId="77777777" w:rsidR="00781D13" w:rsidRDefault="005A54B2">
      <w:pPr>
        <w:jc w:val="center"/>
      </w:pPr>
      <w:r>
        <w:rPr>
          <w:b/>
          <w:color w:val="90CDDE"/>
          <w:sz w:val="26"/>
        </w:rPr>
        <w:t>Veel koolhydraten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Suiker als brandstof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Meer insuline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Meer vetopslag</w:t>
      </w:r>
      <w:r>
        <w:rPr>
          <w:b/>
          <w:color w:val="90CDDE"/>
          <w:sz w:val="26"/>
        </w:rPr>
        <w:br/>
      </w:r>
      <w:r>
        <w:rPr>
          <w:b/>
          <w:color w:val="90CDDE"/>
          <w:sz w:val="26"/>
        </w:rPr>
        <w:br/>
      </w:r>
      <w:r>
        <w:rPr>
          <w:b/>
          <w:color w:val="90CDDE"/>
          <w:sz w:val="26"/>
        </w:rPr>
        <w:t>────────────────────────</w:t>
      </w:r>
      <w:r>
        <w:rPr>
          <w:b/>
          <w:color w:val="90CDDE"/>
          <w:sz w:val="26"/>
        </w:rPr>
        <w:br/>
      </w:r>
      <w:r>
        <w:rPr>
          <w:b/>
          <w:color w:val="90CDDE"/>
          <w:sz w:val="26"/>
        </w:rPr>
        <w:br/>
        <w:t>Minder koolhydraten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Glycogeen raakt op (±3 dagen)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Ketose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Vet wordt energie</w:t>
      </w:r>
      <w:r>
        <w:rPr>
          <w:b/>
          <w:color w:val="90CDDE"/>
          <w:sz w:val="26"/>
        </w:rPr>
        <w:br/>
        <w:t>↓</w:t>
      </w:r>
      <w:r>
        <w:rPr>
          <w:b/>
          <w:color w:val="90CDDE"/>
          <w:sz w:val="26"/>
        </w:rPr>
        <w:br/>
        <w:t>Vetverbranding &amp; gewichtsverlies</w:t>
      </w:r>
    </w:p>
    <w:p w14:paraId="549CD3A6" w14:textId="77777777" w:rsidR="00781D13" w:rsidRDefault="005A54B2">
      <w:r>
        <w:rPr>
          <w:b/>
          <w:color w:val="90CDDE"/>
          <w:sz w:val="32"/>
        </w:rPr>
        <w:t>Samenvatting</w:t>
      </w:r>
    </w:p>
    <w:p w14:paraId="1F70639E" w14:textId="77777777" w:rsidR="00781D13" w:rsidRDefault="005A54B2">
      <w:pPr>
        <w:jc w:val="center"/>
      </w:pPr>
      <w:r>
        <w:rPr>
          <w:b/>
          <w:color w:val="90CDDE"/>
          <w:sz w:val="24"/>
        </w:rPr>
        <w:t>Een koolhydraatarme levensstijl helpt je lichaam overschakelen van suikerverbranding naar vetverbranding, wat kan leiden tot meer energie en gewichtsverlies.</w:t>
      </w:r>
    </w:p>
    <w:sectPr w:rsidR="00781D13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1912343">
    <w:abstractNumId w:val="8"/>
  </w:num>
  <w:num w:numId="2" w16cid:durableId="1568959888">
    <w:abstractNumId w:val="6"/>
  </w:num>
  <w:num w:numId="3" w16cid:durableId="132796877">
    <w:abstractNumId w:val="5"/>
  </w:num>
  <w:num w:numId="4" w16cid:durableId="315501057">
    <w:abstractNumId w:val="4"/>
  </w:num>
  <w:num w:numId="5" w16cid:durableId="764769451">
    <w:abstractNumId w:val="7"/>
  </w:num>
  <w:num w:numId="6" w16cid:durableId="1709915539">
    <w:abstractNumId w:val="3"/>
  </w:num>
  <w:num w:numId="7" w16cid:durableId="344014411">
    <w:abstractNumId w:val="2"/>
  </w:num>
  <w:num w:numId="8" w16cid:durableId="318465666">
    <w:abstractNumId w:val="1"/>
  </w:num>
  <w:num w:numId="9" w16cid:durableId="644042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54B2"/>
    <w:rsid w:val="005F6B55"/>
    <w:rsid w:val="00781D13"/>
    <w:rsid w:val="00AA1D8D"/>
    <w:rsid w:val="00B47730"/>
    <w:rsid w:val="00CB0664"/>
    <w:rsid w:val="00D158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EA059F4"/>
  <w14:defaultImageDpi w14:val="300"/>
  <w15:docId w15:val="{7E68F275-822F-4AFB-8A59-8142C5C3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Laurette Sacco</cp:lastModifiedBy>
  <cp:revision>3</cp:revision>
  <dcterms:created xsi:type="dcterms:W3CDTF">2026-05-19T18:57:00Z</dcterms:created>
  <dcterms:modified xsi:type="dcterms:W3CDTF">2026-05-19T18:57:00Z</dcterms:modified>
  <cp:category/>
</cp:coreProperties>
</file>